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rPr>
          <w:b/>
          <w:sz w:val="32"/>
        </w:rPr>
        <w:t>FIRST LAST NAME</w:t>
      </w:r>
    </w:p>
    <w:p>
      <w:pPr>
        <w:spacing w:before="0" w:after="80" w:line="240" w:lineRule="auto"/>
        <w:jc w:val="center"/>
      </w:pPr>
      <w:r>
        <w:rPr>
          <w:sz w:val="20"/>
        </w:rPr>
        <w:t>[City, State, Brazil] · [+55 11 90000-0000] · [your.email@example.com] · [linkedin.com/in/yourname]</w:t>
      </w:r>
    </w:p>
    <w:p>
      <w:pPr>
        <w:spacing w:before="160" w:after="40" w:line="240" w:lineRule="auto"/>
        <w:pBdr>
          <w:bottom w:val="single" w:sz="6" w:space="1" w:color="000000"/>
        </w:pBdr>
      </w:pPr>
      <w:r>
        <w:rPr>
          <w:b/>
        </w:rPr>
        <w:t>EDUCATION</w:t>
      </w:r>
    </w:p>
    <w:p>
      <w:pPr>
        <w:tabs>
          <w:tab w:pos="10091" w:val="right"/>
        </w:tabs>
        <w:spacing w:before="0" w:after="0" w:line="240" w:lineRule="auto"/>
      </w:pPr>
      <w:r>
        <w:rPr>
          <w:b/>
          <w:i w:val="0"/>
        </w:rPr>
        <w:t>[University]</w:t>
      </w:r>
      <w:r>
        <w:rPr>
          <w:b/>
          <w:i w:val="0"/>
        </w:rPr>
        <w:tab/>
        <w:t>[City, Brazil]</w:t>
      </w:r>
    </w:p>
    <w:p>
      <w:pPr>
        <w:tabs>
          <w:tab w:pos="10091" w:val="right"/>
        </w:tabs>
        <w:spacing w:before="0" w:after="0" w:line="240" w:lineRule="auto"/>
      </w:pPr>
      <w:r>
        <w:rPr>
          <w:b w:val="0"/>
          <w:i/>
        </w:rPr>
        <w:t>[Bachelor of ...]</w:t>
      </w:r>
      <w:r>
        <w:rPr>
          <w:b w:val="0"/>
          <w:i/>
        </w:rPr>
        <w:tab/>
        <w:t>[Expected graduation: Month Year]</w:t>
      </w:r>
    </w:p>
    <w:p>
      <w:pPr>
        <w:pStyle w:val="ListBullet"/>
        <w:spacing w:before="0" w:after="0" w:line="240" w:lineRule="auto"/>
      </w:pPr>
      <w:r>
        <w:t>GPA: [x.x/10] (include it if it is strong; otherwise remove the line)</w:t>
      </w:r>
    </w:p>
    <w:p>
      <w:pPr>
        <w:pStyle w:val="ListBullet"/>
        <w:spacing w:before="0" w:after="0" w:line="240" w:lineRule="auto"/>
      </w:pPr>
      <w:r>
        <w:t>Exchange program: [university, country, term and year] (if any)</w:t>
      </w:r>
    </w:p>
    <w:p>
      <w:pPr>
        <w:spacing w:before="160" w:after="40" w:line="240" w:lineRule="auto"/>
        <w:pBdr>
          <w:bottom w:val="single" w:sz="6" w:space="1" w:color="000000"/>
        </w:pBdr>
      </w:pPr>
      <w:r>
        <w:rPr>
          <w:b/>
        </w:rPr>
        <w:t>PROFESSIONAL EXPERIENCE</w:t>
      </w:r>
    </w:p>
    <w:p>
      <w:pPr>
        <w:tabs>
          <w:tab w:pos="10091" w:val="right"/>
        </w:tabs>
        <w:spacing w:before="0" w:after="0" w:line="240" w:lineRule="auto"/>
      </w:pPr>
      <w:r>
        <w:rPr>
          <w:b/>
          <w:i w:val="0"/>
        </w:rPr>
        <w:t>[Most recent company]</w:t>
      </w:r>
      <w:r>
        <w:rPr>
          <w:b/>
          <w:i w:val="0"/>
        </w:rPr>
        <w:tab/>
        <w:t>[City, Brazil]</w:t>
      </w:r>
    </w:p>
    <w:p>
      <w:pPr>
        <w:spacing w:before="0" w:after="0" w:line="240" w:lineRule="auto"/>
      </w:pPr>
      <w:r>
        <w:t>[One line on what the company does, if it is not well known.]</w:t>
      </w:r>
    </w:p>
    <w:p>
      <w:pPr>
        <w:tabs>
          <w:tab w:pos="10091" w:val="right"/>
        </w:tabs>
        <w:spacing w:before="0" w:after="0" w:line="240" w:lineRule="auto"/>
      </w:pPr>
      <w:r>
        <w:rPr>
          <w:b w:val="0"/>
          <w:i/>
        </w:rPr>
        <w:t>[Title]</w:t>
      </w:r>
      <w:r>
        <w:rPr>
          <w:b w:val="0"/>
          <w:i/>
        </w:rPr>
        <w:tab/>
        <w:t>[Month Year] to [Month Year or Present]</w:t>
      </w:r>
    </w:p>
    <w:p>
      <w:pPr>
        <w:pStyle w:val="ListBullet"/>
        <w:spacing w:before="0" w:after="0" w:line="240" w:lineRule="auto"/>
      </w:pPr>
      <w:r>
        <w:t>[Past-tense action verb] [what you did], [how], [result with a number: amount, time]</w:t>
      </w:r>
    </w:p>
    <w:p>
      <w:pPr>
        <w:pStyle w:val="ListBullet"/>
        <w:spacing w:before="0" w:after="0" w:line="240" w:lineRule="auto"/>
      </w:pPr>
      <w:r>
        <w:t>[Another action verb] [what you did]; one line per bullet, reaching the right margin</w:t>
      </w:r>
    </w:p>
    <w:p>
      <w:pPr>
        <w:pStyle w:val="ListBullet"/>
        <w:spacing w:before="0" w:after="0" w:line="240" w:lineRule="auto"/>
      </w:pPr>
      <w:r>
        <w:t>[Put the bullet closest to finance and modeling first: recruiters do not read them all]</w:t>
      </w:r>
    </w:p>
    <w:p>
      <w:pPr>
        <w:spacing w:before="0" w:after="40" w:line="240" w:lineRule="auto"/>
      </w:pPr>
    </w:p>
    <w:p>
      <w:pPr>
        <w:tabs>
          <w:tab w:pos="10091" w:val="right"/>
        </w:tabs>
        <w:spacing w:before="0" w:after="0" w:line="240" w:lineRule="auto"/>
      </w:pPr>
      <w:r>
        <w:rPr>
          <w:b/>
          <w:i w:val="0"/>
        </w:rPr>
        <w:t>[Previous company]</w:t>
      </w:r>
      <w:r>
        <w:rPr>
          <w:b/>
          <w:i w:val="0"/>
        </w:rPr>
        <w:tab/>
        <w:t>[City, Brazil]</w:t>
      </w:r>
    </w:p>
    <w:p>
      <w:pPr>
        <w:spacing w:before="0" w:after="0" w:line="240" w:lineRule="auto"/>
      </w:pPr>
      <w:r>
        <w:t>[One line on what the company does.]</w:t>
      </w:r>
    </w:p>
    <w:p>
      <w:pPr>
        <w:tabs>
          <w:tab w:pos="10091" w:val="right"/>
        </w:tabs>
        <w:spacing w:before="0" w:after="0" w:line="240" w:lineRule="auto"/>
      </w:pPr>
      <w:r>
        <w:rPr>
          <w:b w:val="0"/>
          <w:i/>
        </w:rPr>
        <w:t>[Title]</w:t>
      </w:r>
      <w:r>
        <w:rPr>
          <w:b w:val="0"/>
          <w:i/>
        </w:rPr>
        <w:tab/>
        <w:t>[Month Year] to [Month Year]</w:t>
      </w:r>
    </w:p>
    <w:p>
      <w:pPr>
        <w:pStyle w:val="ListBullet"/>
        <w:spacing w:before="0" w:after="0" w:line="240" w:lineRule="auto"/>
      </w:pPr>
      <w:r>
        <w:t>[Action verb] [what you did] [result with a number]</w:t>
      </w:r>
    </w:p>
    <w:p>
      <w:pPr>
        <w:pStyle w:val="ListBullet"/>
        <w:spacing w:before="0" w:after="0" w:line="240" w:lineRule="auto"/>
      </w:pPr>
      <w:r>
        <w:t>[Action verb] [what you did] [result with a number]</w:t>
      </w:r>
    </w:p>
    <w:p>
      <w:pPr>
        <w:spacing w:before="160" w:after="40" w:line="240" w:lineRule="auto"/>
        <w:pBdr>
          <w:bottom w:val="single" w:sz="6" w:space="1" w:color="000000"/>
        </w:pBdr>
      </w:pPr>
      <w:r>
        <w:rPr>
          <w:b/>
        </w:rPr>
        <w:t>LEADERSHIP AND ACTIVITIES</w:t>
      </w:r>
    </w:p>
    <w:p>
      <w:pPr>
        <w:tabs>
          <w:tab w:pos="10091" w:val="right"/>
        </w:tabs>
        <w:spacing w:before="0" w:after="0" w:line="240" w:lineRule="auto"/>
      </w:pPr>
      <w:r>
        <w:rPr>
          <w:b/>
          <w:i w:val="0"/>
        </w:rPr>
        <w:t>[Finance club or organization]</w:t>
      </w:r>
      <w:r>
        <w:rPr>
          <w:b/>
          <w:i w:val="0"/>
        </w:rPr>
        <w:tab/>
        <w:t>[City, Brazil]</w:t>
      </w:r>
    </w:p>
    <w:p>
      <w:pPr>
        <w:tabs>
          <w:tab w:pos="10091" w:val="right"/>
        </w:tabs>
        <w:spacing w:before="0" w:after="0" w:line="240" w:lineRule="auto"/>
      </w:pPr>
      <w:r>
        <w:rPr>
          <w:b w:val="0"/>
          <w:i/>
        </w:rPr>
        <w:t>[Your role]</w:t>
      </w:r>
      <w:r>
        <w:rPr>
          <w:b w:val="0"/>
          <w:i/>
        </w:rPr>
        <w:tab/>
        <w:t>[Month Year] to [Month Year]</w:t>
      </w:r>
    </w:p>
    <w:p>
      <w:pPr>
        <w:pStyle w:val="ListBullet"/>
        <w:spacing w:before="0" w:after="0" w:line="240" w:lineRule="auto"/>
      </w:pPr>
      <w:r>
        <w:t>[What you did and the result, written like a work experience]</w:t>
      </w:r>
    </w:p>
    <w:p>
      <w:pPr>
        <w:spacing w:before="160" w:after="40" w:line="240" w:lineRule="auto"/>
        <w:pBdr>
          <w:bottom w:val="single" w:sz="6" w:space="1" w:color="000000"/>
        </w:pBdr>
      </w:pPr>
      <w:r>
        <w:rPr>
          <w:b/>
        </w:rPr>
        <w:t>LANGUAGES, SKILLS AND INTERESTS</w:t>
      </w:r>
    </w:p>
    <w:p>
      <w:pPr>
        <w:pStyle w:val="ListBullet"/>
        <w:spacing w:before="0" w:after="0" w:line="240" w:lineRule="auto"/>
      </w:pPr>
      <w:r>
        <w:rPr>
          <w:b/>
        </w:rPr>
        <w:t xml:space="preserve">Languages: </w:t>
      </w:r>
      <w:r>
        <w:t>Portuguese (native); English ([fluent, advanced or intermediate]); [other]</w:t>
      </w:r>
    </w:p>
    <w:p>
      <w:pPr>
        <w:pStyle w:val="ListBullet"/>
        <w:spacing w:before="0" w:after="0" w:line="240" w:lineRule="auto"/>
      </w:pPr>
      <w:r>
        <w:rPr>
          <w:b/>
        </w:rPr>
        <w:t xml:space="preserve">Skills: </w:t>
      </w:r>
      <w:r>
        <w:t>[Excel, PowerPoint, Python, Bloomberg: only what you actually use]</w:t>
      </w:r>
    </w:p>
    <w:p>
      <w:pPr>
        <w:pStyle w:val="ListBullet"/>
        <w:spacing w:before="0" w:after="0" w:line="240" w:lineRule="auto"/>
      </w:pPr>
      <w:r>
        <w:rPr>
          <w:b/>
        </w:rPr>
        <w:t xml:space="preserve">Certifications: </w:t>
      </w:r>
      <w:r>
        <w:t>[CFA Level I etc., if any; otherwise remove the line]</w:t>
      </w:r>
    </w:p>
    <w:p>
      <w:pPr>
        <w:pStyle w:val="ListBullet"/>
        <w:spacing w:before="0" w:after="0" w:line="240" w:lineRule="auto"/>
      </w:pPr>
      <w:r>
        <w:rPr>
          <w:b/>
        </w:rPr>
        <w:t xml:space="preserve">Interests: </w:t>
      </w:r>
      <w:r>
        <w:t>[3 or 4, each with a concrete detail that starts a conversation]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drawing>
        <wp:inline xmlns:a="http://schemas.openxmlformats.org/drawingml/2006/main" xmlns:pic="http://schemas.openxmlformats.org/drawingml/2006/picture">
          <wp:extent cx="842927" cy="14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vlogo-c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42927" cy="14400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template</dc:title>
  <dc:subject/>
  <dc:creator>Estágio Zero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