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center"/>
      </w:pPr>
      <w:r>
        <w:rPr>
          <w:b/>
          <w:sz w:val="32"/>
        </w:rPr>
        <w:t>NOME SOBRENOME</w:t>
      </w:r>
    </w:p>
    <w:p>
      <w:pPr>
        <w:spacing w:before="0" w:after="80" w:line="240" w:lineRule="auto"/>
        <w:jc w:val="center"/>
      </w:pPr>
      <w:r>
        <w:rPr>
          <w:sz w:val="20"/>
        </w:rPr>
        <w:t>[Cidade, UF] · [(11) 90000-0000] · [seu.email@exemplo.com] · [linkedin.com/in/seunome] · [idade, opcional]</w:t>
      </w:r>
    </w:p>
    <w:p>
      <w:pPr>
        <w:spacing w:before="160" w:after="40" w:line="240" w:lineRule="auto"/>
        <w:pBdr>
          <w:bottom w:val="single" w:sz="6" w:space="1" w:color="000000"/>
        </w:pBdr>
      </w:pPr>
      <w:r>
        <w:rPr>
          <w:b/>
        </w:rPr>
        <w:t>FORMAÇÃO</w:t>
      </w:r>
    </w:p>
    <w:p>
      <w:pPr>
        <w:tabs>
          <w:tab w:pos="10091" w:val="right"/>
        </w:tabs>
        <w:spacing w:before="0" w:after="0" w:line="240" w:lineRule="auto"/>
      </w:pPr>
      <w:r>
        <w:rPr>
          <w:b/>
          <w:i w:val="0"/>
        </w:rPr>
        <w:t>[Universidade]</w:t>
      </w:r>
      <w:r>
        <w:rPr>
          <w:b/>
          <w:i w:val="0"/>
        </w:rPr>
        <w:tab/>
        <w:t>[Cidade, UF]</w:t>
      </w:r>
    </w:p>
    <w:p>
      <w:pPr>
        <w:tabs>
          <w:tab w:pos="10091" w:val="right"/>
        </w:tabs>
        <w:spacing w:before="0" w:after="0" w:line="240" w:lineRule="auto"/>
      </w:pPr>
      <w:r>
        <w:rPr>
          <w:b w:val="0"/>
          <w:i/>
        </w:rPr>
        <w:t>[Curso]</w:t>
      </w:r>
      <w:r>
        <w:rPr>
          <w:b w:val="0"/>
          <w:i/>
        </w:rPr>
        <w:tab/>
        <w:t>[Previsão de formatura: mês/ano]</w:t>
      </w:r>
    </w:p>
    <w:p>
      <w:pPr>
        <w:pStyle w:val="ListBullet"/>
        <w:spacing w:before="0" w:after="0" w:line="240" w:lineRule="auto"/>
      </w:pPr>
      <w:r>
        <w:t>Coeficiente de rendimento: [x,x de 10] (inclua se for bom; se não for, tire a linha)</w:t>
      </w:r>
    </w:p>
    <w:p>
      <w:pPr>
        <w:pStyle w:val="ListBullet"/>
        <w:spacing w:before="0" w:after="0" w:line="240" w:lineRule="auto"/>
      </w:pPr>
      <w:r>
        <w:t>Intercâmbio: [universidade, país, semestre e ano] (se houver)</w:t>
      </w:r>
    </w:p>
    <w:p>
      <w:pPr>
        <w:spacing w:before="160" w:after="40" w:line="240" w:lineRule="auto"/>
        <w:pBdr>
          <w:bottom w:val="single" w:sz="6" w:space="1" w:color="000000"/>
        </w:pBdr>
      </w:pPr>
      <w:r>
        <w:rPr>
          <w:b/>
        </w:rPr>
        <w:t>EXPERIÊNCIA PROFISSIONAL</w:t>
      </w:r>
    </w:p>
    <w:p>
      <w:pPr>
        <w:tabs>
          <w:tab w:pos="10091" w:val="right"/>
        </w:tabs>
        <w:spacing w:before="0" w:after="0" w:line="240" w:lineRule="auto"/>
      </w:pPr>
      <w:r>
        <w:rPr>
          <w:b/>
          <w:i w:val="0"/>
        </w:rPr>
        <w:t>[Empresa mais recente]</w:t>
      </w:r>
      <w:r>
        <w:rPr>
          <w:b/>
          <w:i w:val="0"/>
        </w:rPr>
        <w:tab/>
        <w:t>[Cidade, UF]</w:t>
      </w:r>
    </w:p>
    <w:p>
      <w:pPr>
        <w:spacing w:before="0" w:after="0" w:line="240" w:lineRule="auto"/>
      </w:pPr>
      <w:r>
        <w:t>[Uma linha sobre o que a empresa faz, se ela não for conhecida.]</w:t>
      </w:r>
    </w:p>
    <w:p>
      <w:pPr>
        <w:tabs>
          <w:tab w:pos="10091" w:val="right"/>
        </w:tabs>
        <w:spacing w:before="0" w:after="0" w:line="240" w:lineRule="auto"/>
      </w:pPr>
      <w:r>
        <w:rPr>
          <w:b w:val="0"/>
          <w:i/>
        </w:rPr>
        <w:t>[Cargo]</w:t>
      </w:r>
      <w:r>
        <w:rPr>
          <w:b w:val="0"/>
          <w:i/>
        </w:rPr>
        <w:tab/>
        <w:t>[mês/ano] a [mês/ano ou atual]</w:t>
      </w:r>
    </w:p>
    <w:p>
      <w:pPr>
        <w:pStyle w:val="ListBullet"/>
        <w:spacing w:before="0" w:after="0" w:line="240" w:lineRule="auto"/>
      </w:pPr>
      <w:r>
        <w:t>[Verbo de ação no passado] [o que você fez], [como], [resultado com número: valor, prazo]</w:t>
      </w:r>
    </w:p>
    <w:p>
      <w:pPr>
        <w:pStyle w:val="ListBullet"/>
        <w:spacing w:before="0" w:after="0" w:line="240" w:lineRule="auto"/>
      </w:pPr>
      <w:r>
        <w:t>[Outro verbo de ação] [o que você fez]; cada item em uma linha, chegando até a margem direita</w:t>
      </w:r>
    </w:p>
    <w:p>
      <w:pPr>
        <w:pStyle w:val="ListBullet"/>
        <w:spacing w:before="0" w:after="0" w:line="240" w:lineRule="auto"/>
      </w:pPr>
      <w:r>
        <w:t>[Item mais ligado a finanças e modelagem primeiro: o recrutador não lê todos]</w:t>
      </w:r>
    </w:p>
    <w:p>
      <w:pPr>
        <w:spacing w:before="0" w:after="40" w:line="240" w:lineRule="auto"/>
      </w:pPr>
    </w:p>
    <w:p>
      <w:pPr>
        <w:tabs>
          <w:tab w:pos="10091" w:val="right"/>
        </w:tabs>
        <w:spacing w:before="0" w:after="0" w:line="240" w:lineRule="auto"/>
      </w:pPr>
      <w:r>
        <w:rPr>
          <w:b/>
          <w:i w:val="0"/>
        </w:rPr>
        <w:t>[Empresa anterior]</w:t>
      </w:r>
      <w:r>
        <w:rPr>
          <w:b/>
          <w:i w:val="0"/>
        </w:rPr>
        <w:tab/>
        <w:t>[Cidade, UF]</w:t>
      </w:r>
    </w:p>
    <w:p>
      <w:pPr>
        <w:spacing w:before="0" w:after="0" w:line="240" w:lineRule="auto"/>
      </w:pPr>
      <w:r>
        <w:t>[Uma linha sobre o que a empresa faz.]</w:t>
      </w:r>
    </w:p>
    <w:p>
      <w:pPr>
        <w:tabs>
          <w:tab w:pos="10091" w:val="right"/>
        </w:tabs>
        <w:spacing w:before="0" w:after="0" w:line="240" w:lineRule="auto"/>
      </w:pPr>
      <w:r>
        <w:rPr>
          <w:b w:val="0"/>
          <w:i/>
        </w:rPr>
        <w:t>[Cargo]</w:t>
      </w:r>
      <w:r>
        <w:rPr>
          <w:b w:val="0"/>
          <w:i/>
        </w:rPr>
        <w:tab/>
        <w:t>[mês/ano] a [mês/ano]</w:t>
      </w:r>
    </w:p>
    <w:p>
      <w:pPr>
        <w:pStyle w:val="ListBullet"/>
        <w:spacing w:before="0" w:after="0" w:line="240" w:lineRule="auto"/>
      </w:pPr>
      <w:r>
        <w:t>[Verbo de ação] [o que você fez] [resultado com número]</w:t>
      </w:r>
    </w:p>
    <w:p>
      <w:pPr>
        <w:pStyle w:val="ListBullet"/>
        <w:spacing w:before="0" w:after="0" w:line="240" w:lineRule="auto"/>
      </w:pPr>
      <w:r>
        <w:t>[Verbo de ação] [o que você fez] [resultado com número]</w:t>
      </w:r>
    </w:p>
    <w:p>
      <w:pPr>
        <w:spacing w:before="160" w:after="40" w:line="240" w:lineRule="auto"/>
        <w:pBdr>
          <w:bottom w:val="single" w:sz="6" w:space="1" w:color="000000"/>
        </w:pBdr>
      </w:pPr>
      <w:r>
        <w:rPr>
          <w:b/>
        </w:rPr>
        <w:t>ATIVIDADES: LIGAS, EMPRESA JÚNIOR E PROJETOS</w:t>
      </w:r>
    </w:p>
    <w:p>
      <w:pPr>
        <w:tabs>
          <w:tab w:pos="10091" w:val="right"/>
        </w:tabs>
        <w:spacing w:before="0" w:after="0" w:line="240" w:lineRule="auto"/>
      </w:pPr>
      <w:r>
        <w:rPr>
          <w:b/>
          <w:i w:val="0"/>
        </w:rPr>
        <w:t>[Nome da liga ou entidade]</w:t>
      </w:r>
      <w:r>
        <w:rPr>
          <w:b/>
          <w:i w:val="0"/>
        </w:rPr>
        <w:tab/>
        <w:t>[Cidade, UF]</w:t>
      </w:r>
    </w:p>
    <w:p>
      <w:pPr>
        <w:tabs>
          <w:tab w:pos="10091" w:val="right"/>
        </w:tabs>
        <w:spacing w:before="0" w:after="0" w:line="240" w:lineRule="auto"/>
      </w:pPr>
      <w:r>
        <w:rPr>
          <w:b w:val="0"/>
          <w:i/>
        </w:rPr>
        <w:t>[Seu cargo]</w:t>
      </w:r>
      <w:r>
        <w:rPr>
          <w:b w:val="0"/>
          <w:i/>
        </w:rPr>
        <w:tab/>
        <w:t>[mês/ano] a [mês/ano]</w:t>
      </w:r>
    </w:p>
    <w:p>
      <w:pPr>
        <w:pStyle w:val="ListBullet"/>
        <w:spacing w:before="0" w:after="0" w:line="240" w:lineRule="auto"/>
      </w:pPr>
      <w:r>
        <w:t>[O que você fez e qual foi o resultado, como numa experiência profissional]</w:t>
      </w:r>
    </w:p>
    <w:p>
      <w:pPr>
        <w:spacing w:before="160" w:after="40" w:line="240" w:lineRule="auto"/>
        <w:pBdr>
          <w:bottom w:val="single" w:sz="6" w:space="1" w:color="000000"/>
        </w:pBdr>
      </w:pPr>
      <w:r>
        <w:rPr>
          <w:b/>
        </w:rPr>
        <w:t>IDIOMAS, FERRAMENTAS E INTERESSES</w:t>
      </w:r>
    </w:p>
    <w:p>
      <w:pPr>
        <w:pStyle w:val="ListBullet"/>
        <w:spacing w:before="0" w:after="0" w:line="240" w:lineRule="auto"/>
      </w:pPr>
      <w:r>
        <w:rPr>
          <w:b/>
        </w:rPr>
        <w:t xml:space="preserve">Idiomas: </w:t>
      </w:r>
      <w:r>
        <w:t>Português (nativo); Inglês ([fluente, avançado ou intermediário]); [outro]</w:t>
      </w:r>
    </w:p>
    <w:p>
      <w:pPr>
        <w:pStyle w:val="ListBullet"/>
        <w:spacing w:before="0" w:after="0" w:line="240" w:lineRule="auto"/>
      </w:pPr>
      <w:r>
        <w:rPr>
          <w:b/>
        </w:rPr>
        <w:t xml:space="preserve">Ferramentas: </w:t>
      </w:r>
      <w:r>
        <w:t>[Excel, PowerPoint, Python, Bloomberg: só o que você usa de verdade]</w:t>
      </w:r>
    </w:p>
    <w:p>
      <w:pPr>
        <w:pStyle w:val="ListBullet"/>
        <w:spacing w:before="0" w:after="0" w:line="240" w:lineRule="auto"/>
      </w:pPr>
      <w:r>
        <w:rPr>
          <w:b/>
        </w:rPr>
        <w:t xml:space="preserve">Certificações: </w:t>
      </w:r>
      <w:r>
        <w:t>[CPA-20, CFA nível 1 etc., se tiver; se não, tire a linha]</w:t>
      </w:r>
    </w:p>
    <w:p>
      <w:pPr>
        <w:pStyle w:val="ListBullet"/>
        <w:spacing w:before="0" w:after="0" w:line="240" w:lineRule="auto"/>
      </w:pPr>
      <w:r>
        <w:rPr>
          <w:b/>
        </w:rPr>
        <w:t xml:space="preserve">Interesses: </w:t>
      </w:r>
      <w:r>
        <w:t>[3 ou 4, cada um com um detalhe concreto que puxe conversa]</w:t>
      </w:r>
    </w:p>
    <w:sectPr w:rsidR="00FC693F" w:rsidRPr="0006063C" w:rsidSect="00034616">
      <w:footerReference w:type="default" r:id="rId9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drawing>
        <wp:inline xmlns:a="http://schemas.openxmlformats.org/drawingml/2006/main" xmlns:pic="http://schemas.openxmlformats.org/drawingml/2006/picture">
          <wp:extent cx="842927" cy="14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vlogo-c.p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842927" cy="144000"/>
                  </a:xfrm>
                  <a:prstGeom prst="rect"/>
                </pic:spPr>
              </pic:pic>
            </a:graphicData>
          </a:graphic>
        </wp:inline>
      </w:drawing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CV</dc:title>
  <dc:subject/>
  <dc:creator>Estágio Zero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